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Auto- découverte des topologies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Belhaine Meryem/ BOUKHECHEM Nadir Président,DJAABOUB Salim Examinateur,BENCHEIKH EL HOCINE Madjed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Auto-Découverte/ Des Topologies Réseaux/ Conception de SpiderNet/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