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pour la planification urbaine basée sur le service web google maps pour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Benfethi karima/ Lalouci Ali Président,Hattab Abdelkamel Examinateur ,Dib Abderrahim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JavaScript/ Planification urbain/ KML/ web google maps/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