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الإدارة الإلكترونية في الجامعات الجزائرية :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وافية/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الإلكترونية/ الإدارة الجامعية/ تكنولوجيا المعلومات./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