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الدفع غير النقدية ودورها في الوساطة المالية للبنوك التجارية  :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وفاء/ ،لمزري مفيدة (رئيسا)، دوفي (مناقشا) ، ببوعزة نضيرة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البطاقات البنكية/ الوساطة المالية المصرفية/ وسائل الدفع الغير نقدية/ المجمعات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