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إنضمام الجزائر إلى المنظمة العالمية للتجارة على المنظومة المصرفية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عولميت بشرى/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الخارجية/ المنظمة العالمية للتجارة/ تجارة الخدمات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