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ontologie pour le E-Learning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Guemri Asma/ Hadji Atmane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E-Learning/ les ontologies/ Conception et réalisation D’ontologies/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