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de voyage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Benlarribi Abderrahim/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JOOMLA/ Wampserver/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