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التنافسي في تحسين أداء المؤسسة الإقتصادية  : دراسة حالة قطاع الإتصالات في الجزائر (أوريدو -جازي -موبيليس)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خديجة/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أداء المؤسسة الاقتصادية/ الإدارة الاستراتيجية/ التحليل التنافسي/ قطاع الهاتف النقال/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