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réservation en ligne des chambres d'hotel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Bouyebba Mohammed Et Tahir/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Implémentation/ Le langage de modélisation unifie (UML/ Etude de l’existant/ Etude de cas/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