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في تمويل المؤسسة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جزار زليخة/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التنمية الإقتصادية/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