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تطبيق إدارة المعرفة على أداء المؤسسة الإقتصادية دراسة حالة مؤسسة Sonaric وحدة فرجيوة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بعداش هناء/ ،بوجنانة فؤاد(رئيسا)، سفيان بولعراس(مناقشا)، كمال زموري(مشرفا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إدارة المعرفة/ المعرفة/ أداء المؤسسة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