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هيئات ضمان القروض في دعم تمويل المؤسسات الصغيرة والمتوسطة  دراسة حالة هيئتي FGAR وFGMMC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أسماء/ عقبة قطاف(رئيسا)،زليخة كنيدة(مناقشا)،برني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 والمتوسطة/ هيئات ضمان القروض/ صندوق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