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Emploi du temps électronique d'utilisation des locaux pédagogique dans l'université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Bendas Mohamed 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Langage de modélisation UML/ Les langages de programmation/ Les étapes de développement des logiciels/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