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الميزة المستديمة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نادية/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المستديمة/ الطاقة التقليدية/ الطاقة المتجددة/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