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تقدير الكفاءة الفنية لعينة من البنوك العمومية الجزائرية  بإستخدام أسلوب التحليل التطويقي للبيانات (DEA) خلال الفترة (2006-2011)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فاتن/ ،رحيم ابراهيم(رئيسا)، لمزاودة رياض(ماقشا)، نجار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أسلوب التحميل التطويقي للبيانات/ الكفاءة الفنية/ عوائد الحجم الثابتة/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