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Siari Marwa/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Conception/ Internet et web/ Analyse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