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dynamique la réservation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Boumaad Soumia/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Modélisation UML/ Site web/ PROCESSUS UNIFIER (UP/ IMPLIMENTATION/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