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Décentralisation de la gestion electronique des documants de la wilaya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Bensalah Hadjer/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00425911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ORACLE/ uml/ 2tup/ java/ La gestion électronique des documents/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