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à base des web services les régimes alimentaires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Baouche Zina/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mysql/ java/ services web/ XML/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