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Bouhabila Farida/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base de données/ uml/ application web/ servlet/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