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رفع مستوى التشغيل في الجزائر : دراسة قياسية للفترة من 1990-2014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بلغيث وردة/ ،محمد بوطلاعة(رئيسا)، زواري فرحات سليمان(مناقشا)،أبوبكر بوسالم(مشرفا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المالية/ سياسة التشغيل/ سياسة الإيرادات العامة/ سياسة النفقات العامة/ سياسة عجز الموازنة/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