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جودة الخدمات التأمينية وأثرها على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بوبندير صليحة/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العملاء/ جودة الخدمة التأمينية/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