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الفساد في مجال الصفقات العمومية (حالة الجزائر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سعيود أمال/ ،طارق بلحاج(زئيسا)، قشي مجمد الصالح(مناقشا)، بوعزة نضيرة(مشرفا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الصفقات العمومية/ الفساد/ حالة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