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مجلس المنافسة في ضبط النشاط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شرفي مريم/ ،لمزري مفيدة (رئيسا)، دوفي (مناقشا) ، ببوعزة نضيرة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النشاط الإقتصادي/ مجلس المنافسة/ القضايا/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