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 تمكين العاملين في المؤسسة الإقتصادية : دراسة ميدانية بمديرية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نادية/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تمكين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