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دمات الموانئ باستخدام نماذج نظرية صفوف الإنتظار : دراسة حالة المؤسسة المينائية لسكيكدة (2007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سر مسعود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يير/ خدمات الموانئ/ المؤسسة المينائية ل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