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corrélation entre les paramètres physico-chimique et biochimiques dans la station d'épuration de sidi merouanne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Amimour Yasmina/ Kallab Rabah Président; Djeddi Hamssa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corrélation/ glucides/ STEP Sidi Merouen/ protéine/ eaux usées/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