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du diametre economique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djezzar houssam eddine/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distribution/ Charge hydraulique/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