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traitement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Chefrag djamila/ MOUSSOUNI ABDERZAK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Station d'épuration/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