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traitement des données pluviométriques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Abassi lina afaf/ benchaiba leila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climat/ Lacunes/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