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Utilisation d'un SIG pour l'évaluation des caractéristiques physique d'un bassin versant de mila est d'algérie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Belguidoum sofian/ Koussa Miloud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l'environnement/ bassin/ L'agriculture/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