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Différents procédés d'épurations des eaux usées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Bendas salaheddine/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ressources/ boues/ urbaines/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