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Aperroche hydrologique du bassin versant dl'oued dhamcha -kebir,nord est algerien-mila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Chaoui kahina/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Occupation du sol/ Débites annuelle/ Station Hammam Chebabta/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