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 luation du risque de prolifération des algues dans l'Oued Endja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Belkerfa Samia/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phytoplancton/ paramètres physico-chimiques/ Cours d'eau/ Eutrophisation/ Bio indicateurs/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