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Différents procédés de pollution des eaux souterrains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Dermouchi said/ KabourAbdessalem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 de l'eau/ le sol/ Le sous-sol/ principaux polluants/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