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différents procédés de traitement des eaux potable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Amimour yassine/ MOUSSOUN A.encacadreur/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6277311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Eaux de mer/ surfaces/ Eaux de lac/ Eaux de rivière/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