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viation des eaux pluviales hords perimetre urb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rat hocine/ KHELALFA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ssin/ hydr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