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antioxydante d'une plante médicinale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Gherbi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Pouvoir réducteur/ activité antioxydante/ plante médicinale/ Apiaceae/ Margotia gummifera/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