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النظم عند عبد القاهر الجرجاني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وهابي فاروق/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عبد القاهر الجرجاني/ شعرية النظم/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