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سقط الزند لأبي العلاء المعري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عميمور رقية/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العلاء المعري/ ديوان سقط الزند/ مقاربة 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