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الأمر في الخطاب الرباني للأنبياء والرسل في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أودينة مريم/ بولدياب مروة/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الخطاب القرآني/ أسلوب الأمر/ الخطاب الرباني/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