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الفعل الماضي في سورة الأعراف  دراسة 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فرطاس شهرزاد/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سورة الأعراف/ الفعل الماضي/ التطبيق الصرفي/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