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النحوية بين مهدي المخزومي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وسام/ زطيلي نجاح/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 النحوية/ مهدي المخزومي/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