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تمام حسان في دراسة النظام النحوي من خلاله كتابه اللغة العربية معناها ومبناها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القرائن النحوية/ تمام حسان/ النظام النحوي/ جذور نظرية القرائن/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