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التطور الدلالي بين ألفاظ الشعر ةالقرآن حسان ابن ثابت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لعور سومية/ هرنون فتيحة/ عبيد جميلة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80085511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الدلالة/ نظرية الحقول الدلالية/ التطور الدلالي/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