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ديوان جفرا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بلميلي ايمان/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عز الدين المناصرة/ التجريب اللغوي/ ديوان "جفرا"/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