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كتاب عيناك قدري لغادة السمان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بوحفص أمين/ بن سقان فاطمة/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مكانة المرأة/ رواية "عيناك قدري/ غادة السمان/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