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إذ وإستعمالاتها في القرآن الكريم نماذج من الربع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سورة البقرة/ دراسة نحوية/ " إ ذ " واستعمالاتها/ 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