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البلاغي للتكرار في القرآن الكريم سورة المرسلات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مرمون سعاد/ بن جدو العطرة/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الدراسة الصوتية/ التكرار عند اللغويين/ سورة المرسلات/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