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فضاء في رواية البيت الأ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لي سارة/ لعمارة يمين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اسيني الأعرج/ شعرية الفضاء/ رواية البيت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